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59854" w14:textId="77777777" w:rsidR="003B2C8D" w:rsidRDefault="000D28B3">
      <w:pPr>
        <w:pStyle w:val="Title"/>
        <w:jc w:val="center"/>
      </w:pPr>
      <w:r>
        <w:t>Reclaiming Biblical Leadership: Confronting the Secular Drift</w:t>
      </w:r>
    </w:p>
    <w:p w14:paraId="56E1B1CB" w14:textId="77777777" w:rsidR="003B2C8D" w:rsidRDefault="000D28B3">
      <w:r>
        <w:t>A 1-Hour Seminar for Church and Ministry Leaders</w:t>
      </w:r>
      <w:r>
        <w:br/>
        <w:t>Instructor: [Your Name]</w:t>
      </w:r>
      <w:r>
        <w:br/>
        <w:t>Based on the 30-Chapter Leadership Framework</w:t>
      </w:r>
    </w:p>
    <w:p w14:paraId="2B6EAC70" w14:textId="77777777" w:rsidR="003B2C8D" w:rsidRDefault="000D28B3">
      <w:pPr>
        <w:pStyle w:val="Heading1"/>
      </w:pPr>
      <w:r>
        <w:t>Seminar Purpose</w:t>
      </w:r>
    </w:p>
    <w:p w14:paraId="4FDA098C" w14:textId="77777777" w:rsidR="003B2C8D" w:rsidRDefault="000D28B3">
      <w:r>
        <w:t>To equip church leaders to identify and reject secular distortions of leadership and to recover a Christ-centered, biblically faithful approach rooted in Scripture, character, and Spirit-led stewardship.</w:t>
      </w:r>
    </w:p>
    <w:p w14:paraId="7AAD16EC" w14:textId="77777777" w:rsidR="003B2C8D" w:rsidRDefault="000D28B3">
      <w:pPr>
        <w:pStyle w:val="Heading1"/>
      </w:pPr>
      <w:r>
        <w:t>Key Biblical Passages</w:t>
      </w:r>
    </w:p>
    <w:p w14:paraId="5D555E7C" w14:textId="77777777" w:rsidR="003B2C8D" w:rsidRDefault="000D28B3">
      <w:pPr>
        <w:pStyle w:val="ListBullet"/>
      </w:pPr>
      <w:r>
        <w:t>Matthew 20:25–28 – Leadership as servanthood</w:t>
      </w:r>
    </w:p>
    <w:p w14:paraId="2F16938A" w14:textId="77777777" w:rsidR="003B2C8D" w:rsidRDefault="000D28B3">
      <w:pPr>
        <w:pStyle w:val="ListBullet"/>
      </w:pPr>
      <w:r>
        <w:t>1 Peter 5:1–4 – Shepherding the flock</w:t>
      </w:r>
    </w:p>
    <w:p w14:paraId="1026DC78" w14:textId="77777777" w:rsidR="003B2C8D" w:rsidRDefault="000D28B3">
      <w:pPr>
        <w:pStyle w:val="ListBullet"/>
      </w:pPr>
      <w:r>
        <w:t>1 Timothy 3:1–7 – Qualifications over charisma</w:t>
      </w:r>
    </w:p>
    <w:p w14:paraId="3DE49813" w14:textId="77777777" w:rsidR="003B2C8D" w:rsidRDefault="000D28B3">
      <w:pPr>
        <w:pStyle w:val="ListBullet"/>
      </w:pPr>
      <w:r>
        <w:t>1 Corinthians 4:1–2 – Stewardship and accountability</w:t>
      </w:r>
    </w:p>
    <w:p w14:paraId="05AAD863" w14:textId="77777777" w:rsidR="003B2C8D" w:rsidRDefault="000D28B3">
      <w:pPr>
        <w:pStyle w:val="ListBullet"/>
      </w:pPr>
      <w:r>
        <w:t>Acts 20:28 – Spirit-appointed oversight</w:t>
      </w:r>
    </w:p>
    <w:p w14:paraId="063C0C62" w14:textId="77777777" w:rsidR="003B2C8D" w:rsidRDefault="000D28B3">
      <w:pPr>
        <w:pStyle w:val="Heading1"/>
      </w:pPr>
      <w:r>
        <w:t>Biblical vs. Secular Leadership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B2C8D" w14:paraId="3422486A" w14:textId="77777777">
        <w:tc>
          <w:tcPr>
            <w:tcW w:w="4320" w:type="dxa"/>
          </w:tcPr>
          <w:p w14:paraId="48B3CAD7" w14:textId="400E7EDF" w:rsidR="003B2C8D" w:rsidRPr="003C0EFD" w:rsidRDefault="000D28B3">
            <w:pPr>
              <w:rPr>
                <w:u w:val="single"/>
              </w:rPr>
            </w:pPr>
            <w:r w:rsidRPr="003C0EFD">
              <w:rPr>
                <w:u w:val="single"/>
              </w:rPr>
              <w:t>Biblical Leadership</w:t>
            </w:r>
            <w:r w:rsidR="003C0EFD" w:rsidRPr="003C0EFD">
              <w:rPr>
                <w:u w:val="single"/>
              </w:rPr>
              <w:t xml:space="preserve"> </w:t>
            </w:r>
          </w:p>
        </w:tc>
        <w:tc>
          <w:tcPr>
            <w:tcW w:w="4320" w:type="dxa"/>
          </w:tcPr>
          <w:p w14:paraId="34797FA2" w14:textId="77777777" w:rsidR="003B2C8D" w:rsidRPr="003C0EFD" w:rsidRDefault="000D28B3">
            <w:pPr>
              <w:rPr>
                <w:u w:val="single"/>
              </w:rPr>
            </w:pPr>
            <w:r w:rsidRPr="003C0EFD">
              <w:rPr>
                <w:u w:val="single"/>
              </w:rPr>
              <w:t>Secular Leadership</w:t>
            </w:r>
          </w:p>
        </w:tc>
      </w:tr>
      <w:tr w:rsidR="003B2C8D" w14:paraId="066592D6" w14:textId="77777777">
        <w:tc>
          <w:tcPr>
            <w:tcW w:w="4320" w:type="dxa"/>
          </w:tcPr>
          <w:p w14:paraId="2240C6D4" w14:textId="77777777" w:rsidR="003B2C8D" w:rsidRDefault="000D28B3">
            <w:r>
              <w:t>Christ-centered humility</w:t>
            </w:r>
          </w:p>
        </w:tc>
        <w:tc>
          <w:tcPr>
            <w:tcW w:w="4320" w:type="dxa"/>
          </w:tcPr>
          <w:p w14:paraId="2A186EF6" w14:textId="77777777" w:rsidR="003B2C8D" w:rsidRDefault="000D28B3">
            <w:r>
              <w:t>Self-promotion and branding</w:t>
            </w:r>
          </w:p>
        </w:tc>
      </w:tr>
      <w:tr w:rsidR="003B2C8D" w14:paraId="1B3BBE44" w14:textId="77777777">
        <w:tc>
          <w:tcPr>
            <w:tcW w:w="4320" w:type="dxa"/>
          </w:tcPr>
          <w:p w14:paraId="01BEC974" w14:textId="77777777" w:rsidR="003B2C8D" w:rsidRDefault="000D28B3">
            <w:r>
              <w:t>Spirit-led stewardship</w:t>
            </w:r>
          </w:p>
        </w:tc>
        <w:tc>
          <w:tcPr>
            <w:tcW w:w="4320" w:type="dxa"/>
          </w:tcPr>
          <w:p w14:paraId="0F4312FA" w14:textId="77777777" w:rsidR="003B2C8D" w:rsidRDefault="000D28B3">
            <w:r>
              <w:t>Skills-based efficiency</w:t>
            </w:r>
          </w:p>
        </w:tc>
      </w:tr>
      <w:tr w:rsidR="003B2C8D" w14:paraId="22EDC87D" w14:textId="77777777">
        <w:tc>
          <w:tcPr>
            <w:tcW w:w="4320" w:type="dxa"/>
          </w:tcPr>
          <w:p w14:paraId="5DFEFF15" w14:textId="77777777" w:rsidR="003B2C8D" w:rsidRDefault="000D28B3">
            <w:r>
              <w:t>Servant leadership (Mark 10:45)</w:t>
            </w:r>
          </w:p>
        </w:tc>
        <w:tc>
          <w:tcPr>
            <w:tcW w:w="4320" w:type="dxa"/>
          </w:tcPr>
          <w:p w14:paraId="1A8CB44E" w14:textId="77777777" w:rsidR="003B2C8D" w:rsidRDefault="000D28B3">
            <w:r>
              <w:t>CEO-style dominance</w:t>
            </w:r>
          </w:p>
        </w:tc>
      </w:tr>
      <w:tr w:rsidR="003B2C8D" w14:paraId="570B747D" w14:textId="77777777">
        <w:tc>
          <w:tcPr>
            <w:tcW w:w="4320" w:type="dxa"/>
          </w:tcPr>
          <w:p w14:paraId="17312713" w14:textId="77777777" w:rsidR="003B2C8D" w:rsidRDefault="000D28B3">
            <w:r>
              <w:t>Accountability before God</w:t>
            </w:r>
          </w:p>
        </w:tc>
        <w:tc>
          <w:tcPr>
            <w:tcW w:w="4320" w:type="dxa"/>
          </w:tcPr>
          <w:p w14:paraId="53B4B834" w14:textId="77777777" w:rsidR="003B2C8D" w:rsidRDefault="000D28B3">
            <w:r>
              <w:t>Metrics-based performance</w:t>
            </w:r>
          </w:p>
        </w:tc>
      </w:tr>
      <w:tr w:rsidR="003B2C8D" w14:paraId="2A2F4D06" w14:textId="77777777">
        <w:tc>
          <w:tcPr>
            <w:tcW w:w="4320" w:type="dxa"/>
          </w:tcPr>
          <w:p w14:paraId="6B717BE9" w14:textId="77777777" w:rsidR="003C0EFD" w:rsidRDefault="000D28B3" w:rsidP="003C0EFD">
            <w:pPr>
              <w:spacing w:after="0" w:line="240" w:lineRule="auto"/>
            </w:pPr>
            <w:r>
              <w:t xml:space="preserve">Moral/spiritual qualifications </w:t>
            </w:r>
          </w:p>
          <w:p w14:paraId="605BAB35" w14:textId="77777777" w:rsidR="003B2C8D" w:rsidRDefault="000D28B3" w:rsidP="003C0EFD">
            <w:pPr>
              <w:spacing w:after="0" w:line="240" w:lineRule="auto"/>
            </w:pPr>
            <w:r>
              <w:t>(Titus 1:6–9)</w:t>
            </w:r>
          </w:p>
          <w:p w14:paraId="6D80B1D4" w14:textId="4A63A303" w:rsidR="003C0EFD" w:rsidRDefault="003C0EFD" w:rsidP="003C0EFD">
            <w:pPr>
              <w:spacing w:after="0" w:line="240" w:lineRule="auto"/>
            </w:pPr>
          </w:p>
        </w:tc>
        <w:tc>
          <w:tcPr>
            <w:tcW w:w="4320" w:type="dxa"/>
          </w:tcPr>
          <w:p w14:paraId="7D330AB9" w14:textId="77777777" w:rsidR="003B2C8D" w:rsidRDefault="000D28B3">
            <w:r>
              <w:t>Charisma and popularity</w:t>
            </w:r>
          </w:p>
        </w:tc>
      </w:tr>
      <w:tr w:rsidR="003B2C8D" w14:paraId="61194FC2" w14:textId="77777777">
        <w:tc>
          <w:tcPr>
            <w:tcW w:w="4320" w:type="dxa"/>
          </w:tcPr>
          <w:p w14:paraId="73AAB5B8" w14:textId="77777777" w:rsidR="003B2C8D" w:rsidRDefault="000D28B3">
            <w:r>
              <w:t>Discipleship and sanctification focus</w:t>
            </w:r>
          </w:p>
        </w:tc>
        <w:tc>
          <w:tcPr>
            <w:tcW w:w="4320" w:type="dxa"/>
          </w:tcPr>
          <w:p w14:paraId="770A4C2D" w14:textId="77777777" w:rsidR="003B2C8D" w:rsidRDefault="000D28B3">
            <w:r>
              <w:t>Transactional influence</w:t>
            </w:r>
          </w:p>
        </w:tc>
      </w:tr>
    </w:tbl>
    <w:p w14:paraId="2315B798" w14:textId="77777777" w:rsidR="003B2C8D" w:rsidRDefault="000D28B3">
      <w:pPr>
        <w:pStyle w:val="Heading1"/>
      </w:pPr>
      <w:r>
        <w:lastRenderedPageBreak/>
        <w:t>Secular Theories That Distort Leadership</w:t>
      </w:r>
    </w:p>
    <w:p w14:paraId="13310E33" w14:textId="77777777" w:rsidR="003B2C8D" w:rsidRDefault="000D28B3">
      <w:pPr>
        <w:pStyle w:val="ListBullet"/>
      </w:pPr>
      <w:r>
        <w:t>CEO Model – Prioritizes structure, control, and hierarchy</w:t>
      </w:r>
    </w:p>
    <w:p w14:paraId="5BFA750C" w14:textId="77777777" w:rsidR="003B2C8D" w:rsidRDefault="000D28B3">
      <w:pPr>
        <w:pStyle w:val="ListBullet"/>
      </w:pPr>
      <w:r>
        <w:t>Charismatic Model – Focuses on personality over substance</w:t>
      </w:r>
    </w:p>
    <w:p w14:paraId="326921E1" w14:textId="77777777" w:rsidR="003B2C8D" w:rsidRDefault="000D28B3">
      <w:pPr>
        <w:pStyle w:val="ListBullet"/>
      </w:pPr>
      <w:r>
        <w:t>Transformational/Transactional – Based on exchange, not sanctification</w:t>
      </w:r>
    </w:p>
    <w:p w14:paraId="06458A63" w14:textId="77777777" w:rsidR="003B2C8D" w:rsidRDefault="000D28B3">
      <w:pPr>
        <w:pStyle w:val="ListBullet"/>
      </w:pPr>
      <w:r>
        <w:t>Emotional Intelligence as Chief Virtue – Replaces fruit of the Spirit</w:t>
      </w:r>
    </w:p>
    <w:p w14:paraId="34DA9CAE" w14:textId="77777777" w:rsidR="003B2C8D" w:rsidRDefault="000D28B3">
      <w:pPr>
        <w:pStyle w:val="ListBullet"/>
      </w:pPr>
      <w:r>
        <w:t>Postmodern Values-Driven Leadership – Truth becomes subjective</w:t>
      </w:r>
    </w:p>
    <w:p w14:paraId="41B99933" w14:textId="77777777" w:rsidR="003B2C8D" w:rsidRDefault="000D28B3">
      <w:pPr>
        <w:pStyle w:val="Heading1"/>
      </w:pPr>
      <w:r>
        <w:t>Corrective Framework: Key Biblical Themes</w:t>
      </w:r>
    </w:p>
    <w:p w14:paraId="08371924" w14:textId="77777777" w:rsidR="003B2C8D" w:rsidRDefault="000D28B3">
      <w:pPr>
        <w:pStyle w:val="ListBullet"/>
      </w:pPr>
      <w:r>
        <w:t>Servanthood over Authority</w:t>
      </w:r>
    </w:p>
    <w:p w14:paraId="44CC24DD" w14:textId="77777777" w:rsidR="003B2C8D" w:rsidRDefault="000D28B3">
      <w:pPr>
        <w:pStyle w:val="ListBullet"/>
      </w:pPr>
      <w:r>
        <w:t>Stewardship under Christ</w:t>
      </w:r>
    </w:p>
    <w:p w14:paraId="66AF0142" w14:textId="77777777" w:rsidR="003B2C8D" w:rsidRDefault="000D28B3">
      <w:pPr>
        <w:pStyle w:val="ListBullet"/>
      </w:pPr>
      <w:r>
        <w:t>Leadership as Discipleship</w:t>
      </w:r>
    </w:p>
    <w:p w14:paraId="62D02C0C" w14:textId="77777777" w:rsidR="003B2C8D" w:rsidRDefault="000D28B3">
      <w:pPr>
        <w:pStyle w:val="ListBullet"/>
      </w:pPr>
      <w:r>
        <w:t>Spirit-empowered Character</w:t>
      </w:r>
    </w:p>
    <w:p w14:paraId="6736B7DA" w14:textId="77777777" w:rsidR="003B2C8D" w:rsidRDefault="000D28B3">
      <w:pPr>
        <w:pStyle w:val="ListBullet"/>
      </w:pPr>
      <w:r>
        <w:t>God-centered Accountability</w:t>
      </w:r>
    </w:p>
    <w:p w14:paraId="39380AD3" w14:textId="77777777" w:rsidR="003B2C8D" w:rsidRDefault="000D28B3">
      <w:pPr>
        <w:pStyle w:val="Heading1"/>
      </w:pPr>
      <w:r>
        <w:t>Reflection Questions for Leaders</w:t>
      </w:r>
    </w:p>
    <w:p w14:paraId="36041852" w14:textId="77777777" w:rsidR="003B2C8D" w:rsidRDefault="000D28B3">
      <w:pPr>
        <w:pStyle w:val="ListNumber"/>
      </w:pPr>
      <w:r>
        <w:t>What traits define my current leadership model?</w:t>
      </w:r>
    </w:p>
    <w:p w14:paraId="5625C932" w14:textId="77777777" w:rsidR="003B2C8D" w:rsidRDefault="000D28B3">
      <w:pPr>
        <w:pStyle w:val="ListNumber"/>
      </w:pPr>
      <w:r>
        <w:t>Am I leading people toward Christ or toward myself?</w:t>
      </w:r>
    </w:p>
    <w:p w14:paraId="02A460FA" w14:textId="77777777" w:rsidR="003B2C8D" w:rsidRDefault="000D28B3">
      <w:pPr>
        <w:pStyle w:val="ListNumber"/>
      </w:pPr>
      <w:r>
        <w:t>Are my leadership decisions shaped more by Scripture or culture?</w:t>
      </w:r>
    </w:p>
    <w:p w14:paraId="77291A2E" w14:textId="77777777" w:rsidR="003B2C8D" w:rsidRDefault="000D28B3">
      <w:pPr>
        <w:pStyle w:val="ListNumber"/>
      </w:pPr>
      <w:r>
        <w:t>Would my leadership still stand if the world’s models were stripped away?</w:t>
      </w:r>
    </w:p>
    <w:p w14:paraId="7EDE3BDD" w14:textId="77777777" w:rsidR="003B2C8D" w:rsidRDefault="000D28B3">
      <w:pPr>
        <w:pStyle w:val="Heading1"/>
      </w:pPr>
      <w:r>
        <w:t>Recommended Resources</w:t>
      </w:r>
    </w:p>
    <w:p w14:paraId="6720040A" w14:textId="77777777" w:rsidR="003B2C8D" w:rsidRDefault="000D28B3">
      <w:pPr>
        <w:pStyle w:val="ListBullet"/>
      </w:pPr>
      <w:r>
        <w:t xml:space="preserve">Timothy Z. Witmer – </w:t>
      </w:r>
      <w:r w:rsidRPr="003C0EFD">
        <w:rPr>
          <w:i/>
          <w:iCs/>
        </w:rPr>
        <w:t>The Shepherd Leader</w:t>
      </w:r>
    </w:p>
    <w:p w14:paraId="5247DDA8" w14:textId="77777777" w:rsidR="003B2C8D" w:rsidRDefault="000D28B3">
      <w:pPr>
        <w:pStyle w:val="ListBullet"/>
      </w:pPr>
      <w:r>
        <w:t xml:space="preserve">C. Gene Wilkes – </w:t>
      </w:r>
      <w:r w:rsidRPr="003C0EFD">
        <w:rPr>
          <w:i/>
          <w:iCs/>
        </w:rPr>
        <w:t>Jesus on Leadership: Timeless Wisdom from the Son of God</w:t>
      </w:r>
    </w:p>
    <w:p w14:paraId="2A0F50B2" w14:textId="77777777" w:rsidR="003B2C8D" w:rsidRDefault="000D28B3">
      <w:pPr>
        <w:pStyle w:val="ListBullet"/>
      </w:pPr>
      <w:r>
        <w:t xml:space="preserve">R. Albert Mohler Jr. – </w:t>
      </w:r>
      <w:r w:rsidRPr="003C0EFD">
        <w:rPr>
          <w:i/>
          <w:iCs/>
        </w:rPr>
        <w:t>The Conviction to Lead: 25 Principles for Leadership That Matters</w:t>
      </w:r>
    </w:p>
    <w:p w14:paraId="28978E43" w14:textId="0D46262C" w:rsidR="003B2C8D" w:rsidRDefault="003C0EFD">
      <w:pPr>
        <w:pStyle w:val="ListBullet"/>
      </w:pPr>
      <w:r>
        <w:t xml:space="preserve">Richard Baxter – </w:t>
      </w:r>
      <w:r w:rsidRPr="003C0EFD">
        <w:rPr>
          <w:i/>
          <w:iCs/>
        </w:rPr>
        <w:t>The Reformed Pastor</w:t>
      </w:r>
    </w:p>
    <w:sectPr w:rsidR="003B2C8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9101398">
    <w:abstractNumId w:val="8"/>
  </w:num>
  <w:num w:numId="2" w16cid:durableId="1986465876">
    <w:abstractNumId w:val="6"/>
  </w:num>
  <w:num w:numId="3" w16cid:durableId="545337203">
    <w:abstractNumId w:val="5"/>
  </w:num>
  <w:num w:numId="4" w16cid:durableId="583340597">
    <w:abstractNumId w:val="4"/>
  </w:num>
  <w:num w:numId="5" w16cid:durableId="959343545">
    <w:abstractNumId w:val="7"/>
  </w:num>
  <w:num w:numId="6" w16cid:durableId="2117822514">
    <w:abstractNumId w:val="3"/>
  </w:num>
  <w:num w:numId="7" w16cid:durableId="1394498832">
    <w:abstractNumId w:val="2"/>
  </w:num>
  <w:num w:numId="8" w16cid:durableId="1363244103">
    <w:abstractNumId w:val="1"/>
  </w:num>
  <w:num w:numId="9" w16cid:durableId="195797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8B3"/>
    <w:rsid w:val="0015074B"/>
    <w:rsid w:val="0029639D"/>
    <w:rsid w:val="002F5BE5"/>
    <w:rsid w:val="00326F90"/>
    <w:rsid w:val="003B2C8D"/>
    <w:rsid w:val="003C0EFD"/>
    <w:rsid w:val="004D01E3"/>
    <w:rsid w:val="00AA1D8D"/>
    <w:rsid w:val="00B47730"/>
    <w:rsid w:val="00C2269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5990412-7FE9-4E43-A70D-6C5B700A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Thomas Pittman</cp:lastModifiedBy>
  <cp:revision>2</cp:revision>
  <dcterms:created xsi:type="dcterms:W3CDTF">2026-10-07T16:55:00Z</dcterms:created>
  <dcterms:modified xsi:type="dcterms:W3CDTF">2026-10-07T16:55:00Z</dcterms:modified>
  <cp:category/>
</cp:coreProperties>
</file>